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בגרות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מונחי יסוד בניתוח שירה, סיפור, דרמה ורומאן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תשובה מובנית הכוללת ציטוט קצר, הסבר וקישור ליצירה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הכרות עם עלילות, דמויות ומבנים של היצירות הנלמדות לקראת הבגרות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לשאלוני 8215/8225 או 8281 דרך תרגול ממוקד בכל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שירה (קבצים ב׳ וז׳) – מושגי יסוד וזיהוי בשירים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הקול המדבר בשיר, לאו דווקא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1902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שירה (קבצים ב׳ וז׳)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הנמענת אינה מדברת כלל בשיר, כל השיר הוא פנייה אחת ארוכה של הדובר.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השכינה מתוארת כאם או כציפור פצועה בעלת כנף שבורה.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שירה (קבצים ב׳ וז׳)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מעגלי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שירה (קבצים ב׳ וז׳)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גלויה בעזרת מילת השוואה כמו 'כ-')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(השוואה בלי מילת השוואה, דבר אחד מוצג כאילו הוא דבר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(שני טורים הבנויים באותו מבנה תחבירי)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(חזרה על אותה מילה בתחילת טורים רצופים)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(משפט שאינו נגמר בסוף הטור וממשיך לטור הבא)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שירת ימי הביניים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השיר הוא אחד משירי הקודש של ריה״ל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השיר בתקציר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הדובר פונה אל נשמתו שלו, ונוזף בה שהיא עדיין רדומה בחיק הילדות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הוא מזכיר לה את שערות השיבה כסימן שהזמן 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שירת ימי הביניים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שירת ימי הביניים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(הכנסת צירוף מוכר ממקור קודם, למשל מן המקרא)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(הפניה עקיפה לטקסט, לדמות או לאירוע מוכרים)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(סדר קבוע של הברות מוטעמות ובלתי מוטעמות)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(פיוט קצר הנאמר לפני תפילת נשמת כל חי בבוקר שבת וחג)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(מתן תכונות אנושיות לדבר שאינו אדם, כמו פנייה אל הנשמה כאל ילדה)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שירת ימי הביניים – הבנה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 מעניק לנשמה תכונות אנושיות: היא ישנה, זקוקה לנזיפה ולהתעוררות, כמו ילדה שצריך להעיר אותה לקראת מוסר ותפילה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הזקנה מוצגת כמשהו שבא להזכיר לנשמה ולגוף שהזמן חולף ושיש להתכונן לדין ולתשובה, לא כאיום אלא כתזכורת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שיבוץ הוא הכנסת צירוף מוכר ממקור קדום לתוך השיר; הוא מוסיף רובד משמעות נוסף, מחבר בין הדובר למסורת ומעניק לדבריו משקל וסמכות דתית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סיפור קצר – היכרות עם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ש"י עגנון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באדי המבוגר, הנזכר בילדותו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חוזר ליער עם קופתו לאחר מות האדונית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אביו של גדעון, הוגה ומייסד קיבוצי נערץ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סיפור קצר – תרגול מבנה ועלילה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בתקציר: באדי מציץ ורואה שאביו מניח את המתנות, ומבין שאין סנטה קלאוס.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פותח אותו כדי לבלוט ולהיראות בין הצנחנים, ולא מטעמי בטיחות, ודווקא זה גרם לאסון.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סיפור קצר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רזרבי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סיפור קצר – התאמת סיפור למאפיין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(מבנה מעגלי: יציאה מהיער וחזרה אליו)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(העלילה מתרחשת כולה ביום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(מבנה מסע: יציאה מהבית, שהות בעיר, חזרה)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(מספר מבוגר המשחזר אירוע מילדותו)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(סיום פתוח־אירוני, בלי דרמה רועשת)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(מספר כל־יודע המשלב את מחשבות יוסף)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דרמה: אנטיגונה – הכרת העלילה והדמויות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להשאיר את גופתו בלי קבורה ולהעניש כל מי שיקבור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איסמנה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חוגגת את הניצחון על ארגוס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טירסיאס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הוא אוהב את אנטיגונה והעם תומך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דרמה: אנטיגונה – מבנה הטרגדיה והקונפליקט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(שיר הפתיחה של המקהלה בכניסתה לבמה)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(שיר שהמקהלה שרה בין פרקי העלילה)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(קטע עלילה ודיאלוג בין שירי המקהלה)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(עמדת אנטיגונה: חוקים בלתי כתובים שגוברים על צו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(עמדת קראון: נאמנות לצו השליט חשובה מכל)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(סטסימון המהלל את כוח האדם ומזהיר מפני הפרת החוק)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דרמה: אנטיגונה – ניתוח הקונפליקט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קונפליקט בין נאמנות לחוקי האלים הבלתי כתובים (עמדת אנטיגונה) לבין נאמנות לחוק המדינה וסמכות השליט (עמדת קראון).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השיר מהלל את כוח האדם ותבונתו, אך מזהיר שהוא ייענש אם יפר את חוקי הארץ והאלים - רמז לגורלם של קראון ואנטיגונה בהמשך העלילה.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המבוססת על נימוק: למשל עקרונותיה הנחרצים מול קראון, סירובה להישמע לצו, קבורת אחיה חרף הסכנה ומותה כתוצאה מכך.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רומאן: 1984 – רקע ועובדות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ג'ורג' אורוול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1949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האח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משרד האמת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רומאן: 1984 – מבנה ומוטיבים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משרד האמת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טלצג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רומאן: 1984 – מבנה ומוטיבים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(חבר במפלגה החיצונה הכותב יומן אסור)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(מוסרת לוינסטון פתק אהבה אסור)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(איש המפלגה הפנימית שמתגלה כפרובוקטור)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(בעל חנות שמתגלה כאיש משטרת המחשבות)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רומאן: 1984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וינסטון מתחיל לכתוב יומן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וינסטון וג'וליה מתחילים פרשת אהבה אסורה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השניים נעצרים בחדר מעל חנותו של צ'רינגטון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אובריאן מענה את וינסטון במשרד האהבה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וינסטון בוגד בג'וליה בחדר 101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איך עונים, מונחים וחזרה – זיהוי מונחים ממילון המונחים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השוואה גלויה בעזרת מילת השוואה כמו 'כמו' או 'כ־'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במטפורה אין מילת השוואה, בדימוי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שני טורים או בתים הבנויים באותו מבנה תחבירי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נקודה שבה משתנים הטון, הזמן או עמדת הדובר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הכנסת צירוף מוכר ממקור קודם, כמו מן המקרא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מונח מדויק ודוגמה מתוך היצירה הנלמדת, לא הגדרה כללית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מובנית כוללת פתיחה המתייחסת לשאלה, ציטוט קצר (עד כמה מילים), הסבר הקשר לטענה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מצביעה על לפחות הבדל מבני אחד, כמו נוכחות מקהלה בדרמה לעומת מספר ברומאן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פרקי לימוד לאורך השנה: שירה וימי הביניים בסמסטר א, סיפור ודרמה ורומאן בסמסטר 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מספר השירים או הסיפורים הנדרשים בכל תרגיל ולהתמקד בזיהוי מונחים בסיסיים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תרגול השוואתי בין שתי יצירות מאותו פרק, כפי שנדרש לעיתים בשאלון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פרק 'איך עונים' כתרגול חוזר אחרי כל פרק תוכן, כדי לחבר מונח לתשובה כתובה מלאה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בגרות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יש תרגילים על כל מה שלומדים בספרות לבגרות. קראו קודם את הסיכום של היצירה, ואז ענו על השאלות במשפטים שלמים וברורים.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שמדבר בשיר, לא בהכרח המשורר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נמען/ת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שהדובר פונה אליו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גלויה בעזרת מילת השוואה כמו 'כמו' או 'כ־'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בלי מילת השוואה, דבר אחד מוצג כדבר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תקבולת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טורים בעלי מבנה תחבירי דומה שמחזקים זה את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בטקסט שבה משתנה הטון, הזמן או עמדת הדובר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מעגלי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יצירה שמסתיימת כפי שהתחילה, כמו חזרה לאותו מקום או 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 דרמטית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הקורא יודע דבר שהדמות אינה יודעת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סטסימון ופרודוס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שירי מקהלה בטרגדיה היוונית בין פעימות העלילה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המדומיינת ברומאן 1984, שנועדה לצמצם מחשבה עצמאית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שירה (קבצים ב׳ וז׳) – מושגי יסוד וזיהוי בשירים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זה 'הדובר'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המשורר עצמו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הקול המדבר בשיר, לאו דווקא המשורר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הקורא את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הדמות שאליה פונים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שיר מופיע הדימוי 'גוזל רך'?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הכניסיני תחת כנפך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ישנה בחיק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בתים ב'לבדי'?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שנה נכתב 'לבדי'?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1905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1934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שירה (קבצים ב׳ וז׳)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'הכניסיני תחת כנפך' הנמענת עונה לדובר בסוף השיר.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'לבדי' השכינה מתוארת כציפור בעלת כנף שבורה.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שירה (קבצים ב׳ וז׳)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בשיר 'לבדי' הדובר מתאר את עצמו כ'__________ רך' שנותר מאחור כשכולם יצאו אל האור.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בשיר 'הכניסיני תחת כנפך' הדובר מבקש מהנמענת שתהיה לו '__________ ואחות'.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מבנה שבו הבית האחרון בשיר כמעט זהה לבית הראשון, כך שנוצר מעין מסגרת, נקרא מבנה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שירה (קבצים ב׳ וז׳)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שני טורים הבנויים באותו מבנה תחבירי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השוואה גלויה בעזרת מילת השוואה כמו 'כ-'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תקבולת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בלי מילת השוואה, דבר אחד מוצג כאילו הוא דבר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משפט שאינו נגמר בסוף הטור וממשיך לטור הבא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שורה קטועה (פסיחה)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חזרה על אותה מילה בתחילת טורים רצופים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שירת ימי הביניים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״ישנה בחיק ילדות״ נכתב בידי רבי יהודה הלוי (ריה״ל)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שייך לסוגת ״רשות לנשמת״, הנאמרת לפני תפילת ״נשמת כל חי״ בשבת ובחג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בשיר פונה אל אישה אהובה ומבקש ממנה מחסה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אומר לנשמה שהנעורים כבר חלפו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שירת ימי הביניים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הדובר קורא לנשמתו להתנער מן ה__________, כלומר מהבלי העולם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שערות השיבה מתוארות בשיר כמו __________ הבאים להזכיר לנשמה מוסר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שירת ימי הביניים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שיבוץ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מתן תכונות אנושיות לדבר שאינו אדם, כמו פנייה אל הנשמה כאל ילדה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סדר קבוע של הברות מוטעמות ובלתי מוטעמות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פיוט קצר הנאמר לפני תפילת נשמת כל חי בבוקר שבת וחג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רשות לנשמת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הפניה עקיפה לטקסט, לדמות או לאירוע מוכרים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הכנסת צירוף מוכר ממקור קודם, למשל מן המקרא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שירת ימי הביניים – הבנה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הפנייה של הדובר אל נשמתו כאל ״ילדה רדומה״ נחשבת להאנשה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מבטא הדימוי של שערות השיבה כ'שליחים' לגבי יחס הדובר אל הזמן ואל הזקנה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שיבוץ, וכיצד שימוש בשיבוצים ממקורות קודמים, כמו מן המקרא, מעשיר שיר קודש כגון ״ישנה בחיק ילדות״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סיפור קצר – היכרות עם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המחבר של "האדונית והרוכל"?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ש"י עגנון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עמוס עוז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טרומן קפוטה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ג'ורג' אורוול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הקול שמספר את "חג מולד אחד"?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באדי המבוגר, הנזכר בילדותו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סוק, בת הדודה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אביו של באדי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כל־יודע שאינו באדי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מסתיים הסיפור עבור יוסף?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נשאר לגור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חוזר ליער עם קופתו לאחר מות האדונית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נישא לאדונית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נתפס בגניבה ונענש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שמשון שיינבוים?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אביו של גדעון, הוגה ומייסד קיבוצי נערץ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חברו של גדעון בצבא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 זאקי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 בבית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סיפור קצר – תרגול מבנה ועלילה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בליל חג המולד באדי מגלה שאביו הוא זה שמניח את המתנות תחת העץ.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"דרך הרוח" גדעון פותח מצנח רזרבי כדי להאט את נפילתו ולהציל את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סיפור קצר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בסיפור "האדונית והרוכל" יוסף עובר בהדרגה ממקום לינה אחד למשנהו: מהרפת, למחסן, ל__________, ולבסוף לחדר השינה.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"דרך הרוח" גדעון פותח את המצנח ה__________ כדי לבלוט בין הצנחנים, ובגלל כך הוא נסחף ברוח.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סיפור קצר – התאמת סיפור למאפיין 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האדונית והרוכל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סיום פתוח־אירוני, בלי דרמה רועשת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דרך הרוח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מבוגר המשחזר אירוע מילדותו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חג מולד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העלילה מתרחשת כולה ביום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 מולד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מבנה מסע: יציאה מהבית, שהות בעיר, חזרה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דרך הרוח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מספר כל־יודע המשלב את מחשבות יוסף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האדונית והרוכל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מבנה מעגלי: יציאה מהיער וחזרה אליו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דרמה: אנטיגונה – הכרת העלילה והדמויות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הציווי של קראון?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לקבור אותו בכבוד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להשאיר את גופתו בלי קבורה ולהעניש כל מי שיקבור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לשרוף את גופתו בטקס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לגרש את גופתו מתבי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לא רוצה לעזור לאנטיגונה?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איסמנה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טירסיאס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בשיר הפתיחה של המקהלה?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חוגגת את הניצחון על ארגוס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מזהירה את קראון מפני האלים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מקוננת על מות אנטיגונה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שופטת את הימון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מזהיר את קראון לקראת הסוף?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טירסיאס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פוליניקס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אטאוקלס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הימון וקראון 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רוצה את השלטון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אוהב את אנטיגונה והעם תומך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רוצה לקבור את פוליניקס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מפחד מהאלים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דרמה: אנטיגונה – מבנה הטרגדיה והקונפליקט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פרודוס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שיר שהמקהלה שרה בין פרקי העלילה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סטסימון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סטסימון המהלל את כוח האדם ומזהיר מפני הפרת החוק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אפיזודה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עמדת אנטיגונה: חוקים בלתי כתובים שגוברים על צו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חוק האלים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קטע עלילה ודיאלוג בין שירי המקהלה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חוק המדינה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שיר הפתיחה של המקהלה בכניסתה לבמה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שיר האדם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עמדת קראון: נאמנות לצו השליט חשובה מכל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דרמה: אנטיגונה – ניתוח הקונפליקט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את הקונפליקט המרכזי בין אנטיגונה לקראון.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כיצד תפקיד המקהלה בסטסימון הראשון, 'שיר האדם', קשור להתרחשויות במחזה.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לדעתכם, האם אנטיגונה היא גיבורה טרגית? נמקו בעזרת שתי דוגמאות מהמחזה.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רומאן: 1984 – רקע ועובדות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המחבר של 1984?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ג'ורג' אורוול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ארז וולק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ג. אריוך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טרומן קפוטה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נכתב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1984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השליט באוקיאניה?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האח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אובריאן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גולדשטיין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 צ'רינגטון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וינסטון עובד?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משרד האמת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משרד האהבה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משרד השלום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משרד השפע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רומאן: 1984 – מבנה ומוטיבים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וינסטון סמית עובד ב__________ ומתקן מסמכים ישנים כך שיתאימו לקו המפלגה.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השפה הדלה שנועדה להפוך מחשבה עצמאית לבלתי אפשרית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המכשיר שנמצא בכל בית, משדר ומצלם בו זמנית,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רומאן: 1984 – מבנה ומוטיבים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וינסטון סמית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מוסרת לוינסטון פתק אהבה אסור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ג'וליה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איש המפלגה הפנימית שמתגלה כפרובוקטור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אובריאן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בעל חנות שמתגלה כאיש משטרת המחשבות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 צ'רינגטון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חבר במפלגה החיצונה הכותב יומן אסור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רומאן: 1984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אובריאן מענה את וינסטון במשרד האהבה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מתחיל לכתוב יומן אסור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וג'וליה מתחילים פרשת אהבה אסורה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בוגד בג'וליה בחדר 101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השניים נעצרים בחדר מעל חנותו של צ'רינגטון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איך עונים, מונחים וחזרה – זיהוי מונחים ממילון המונחים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ההגדרה הנכונה של דימוי?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גלויה בעזרת מילת השוואה כמו 'כמו' או 'כ־'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בלי מילת השוואה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מתן תכונות אנושיות לחפץ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 על צליל בתחילת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מטפורה שונה מדימוי?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במטפורה אין מילת השוואה, בדימוי 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בדימוי אין מילת השוואה, במטפורה 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מטפורה מופיעה רק בפרוזה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תקבולת?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טורים או בתים הבנויים באותו מבנה תחבירי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אותה מילה בתחילת כל 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משקל קבוע של הברות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פנייה של הדובר לנמען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תפנית?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 שבה משתנים הטון, הזמן או עמדת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סוף השיר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מדויקת על הבית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נרדף לחריזה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הגדרת שיבוץ?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הכנסת צירוף מוכר ממקור קודם, כמו מן המקרא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מילה בתוך אותו 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משקל של הברות מוטעמות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חוש הראייה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מונח ספרותי אחד מכל יחידה בעזרת דוגמה מהיצירה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לכתוב תשובה מובנית הכוללת ציטוט קצר, הסבר וקישור לשאלה?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מזהה את ההבדלים בין מבנה שיר, סיפור קצר, מחזה ורומאן?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בגרות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